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jc w:val="left"/>
        <w:spacing w:before="0" w:after="0"/>
      </w:pPr>
      <w:r>
        <w:drawing>
          <wp:inline xmlns:a="http://schemas.openxmlformats.org/drawingml/2006/main" xmlns:pic="http://schemas.openxmlformats.org/drawingml/2006/picture">
            <wp:extent cx="7315200" cy="59436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pBdr>
          <w:bottom w:val="single" w:sz="6" w:space="1" w:color="C8832A"/>
        </w:pBdr>
      </w:pPr>
      <w:r>
        <w:rPr>
          <w:b/>
          <w:color w:val="1A1410"/>
          <w:sz w:val="18"/>
        </w:rPr>
        <w:t>Saturn V — Launch Complex 39A</w:t>
      </w:r>
      <w:r>
        <w:t xml:space="preserve">   </w:t>
      </w:r>
      <w:r>
        <w:rPr>
          <w:i/>
          <w:color w:val="7A6E62"/>
          <w:sz w:val="15"/>
        </w:rPr>
        <w:t>Kennedy Space Center · tallest rocket ever flown</w:t>
      </w:r>
    </w:p>
    <w:p>
      <w:pPr>
        <w:jc w:val="center"/>
        <w:spacing w:before="80" w:after="40"/>
      </w:pPr>
      <w:r>
        <w:rPr>
          <w:b/>
          <w:color w:val="C8832A"/>
          <w:sz w:val="26"/>
        </w:rPr>
        <w:t>JANUARY  2027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646"/>
        <w:gridCol w:w="1646"/>
        <w:gridCol w:w="1646"/>
        <w:gridCol w:w="1646"/>
        <w:gridCol w:w="1646"/>
        <w:gridCol w:w="1646"/>
        <w:gridCol w:w="1646"/>
      </w:tblGrid>
      <w:tr>
        <w:trPr>
          <w:trHeight w:val="403" w:hRule="exact"/>
        </w:trPr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C8832A"/>
                <w:sz w:val="14"/>
              </w:rPr>
              <w:t>SUN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MON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TUE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WED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THU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FRI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SAT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10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9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17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16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24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23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31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30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</w:tr>
    </w:tbl>
    <w:p>
      <w:pPr>
        <w:spacing w:before="0" w:after="0"/>
        <w:jc w:val="center"/>
      </w:pPr>
      <w:r>
        <w:rPr>
          <w:color w:val="7A6E62"/>
          <w:sz w:val="11"/>
        </w:rPr>
        <w:t>Libraria Spei et Miraculorum  ·  Colossal Structures 2027</w:t>
      </w:r>
    </w:p>
    <w:p>
      <w:pPr>
        <w:spacing w:before="0" w:after="0"/>
      </w:pPr>
      <w:r>
        <w:br w:type="page"/>
      </w:r>
    </w:p>
    <w:p>
      <w:pPr>
        <w:jc w:val="left"/>
        <w:spacing w:before="0" w:after="0"/>
      </w:pPr>
      <w:r>
        <w:drawing>
          <wp:inline xmlns:a="http://schemas.openxmlformats.org/drawingml/2006/main" xmlns:pic="http://schemas.openxmlformats.org/drawingml/2006/picture">
            <wp:extent cx="7315200" cy="59436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pBdr>
          <w:bottom w:val="single" w:sz="6" w:space="1" w:color="C8832A"/>
        </w:pBdr>
      </w:pPr>
      <w:r>
        <w:rPr>
          <w:b/>
          <w:color w:val="1A1410"/>
          <w:sz w:val="18"/>
        </w:rPr>
        <w:t>Hoover Dam</w:t>
      </w:r>
      <w:r>
        <w:t xml:space="preserve">   </w:t>
      </w:r>
      <w:r>
        <w:rPr>
          <w:i/>
          <w:color w:val="7A6E62"/>
          <w:sz w:val="15"/>
        </w:rPr>
        <w:t>Nevada / Arizona · 726 feet tall, built 1931–1936</w:t>
      </w:r>
    </w:p>
    <w:p>
      <w:pPr>
        <w:jc w:val="center"/>
        <w:spacing w:before="80" w:after="40"/>
      </w:pPr>
      <w:r>
        <w:rPr>
          <w:b/>
          <w:color w:val="C8832A"/>
          <w:sz w:val="26"/>
        </w:rPr>
        <w:t>FEBRUARY  2027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646"/>
        <w:gridCol w:w="1646"/>
        <w:gridCol w:w="1646"/>
        <w:gridCol w:w="1646"/>
        <w:gridCol w:w="1646"/>
        <w:gridCol w:w="1646"/>
        <w:gridCol w:w="1646"/>
      </w:tblGrid>
      <w:tr>
        <w:trPr>
          <w:trHeight w:val="403" w:hRule="exact"/>
        </w:trPr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C8832A"/>
                <w:sz w:val="14"/>
              </w:rPr>
              <w:t>SUN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MON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TUE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WED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THU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FRI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SAT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6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14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13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21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20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28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27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</w:tr>
    </w:tbl>
    <w:p>
      <w:pPr>
        <w:spacing w:before="0" w:after="0"/>
        <w:jc w:val="center"/>
      </w:pPr>
      <w:r>
        <w:rPr>
          <w:color w:val="7A6E62"/>
          <w:sz w:val="11"/>
        </w:rPr>
        <w:t>Libraria Spei et Miraculorum  ·  Colossal Structures 2027</w:t>
      </w:r>
    </w:p>
    <w:p>
      <w:pPr>
        <w:spacing w:before="0" w:after="0"/>
      </w:pPr>
      <w:r>
        <w:br w:type="page"/>
      </w:r>
    </w:p>
    <w:p>
      <w:pPr>
        <w:jc w:val="left"/>
        <w:spacing w:before="0" w:after="0"/>
      </w:pPr>
      <w:r>
        <w:drawing>
          <wp:inline xmlns:a="http://schemas.openxmlformats.org/drawingml/2006/main" xmlns:pic="http://schemas.openxmlformats.org/drawingml/2006/picture">
            <wp:extent cx="7315200" cy="594360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pBdr>
          <w:bottom w:val="single" w:sz="6" w:space="1" w:color="C8832A"/>
        </w:pBdr>
      </w:pPr>
      <w:r>
        <w:rPr>
          <w:b/>
          <w:color w:val="1A1410"/>
          <w:sz w:val="18"/>
        </w:rPr>
        <w:t>Three Gorges Dam — Flood Release</w:t>
      </w:r>
      <w:r>
        <w:t xml:space="preserve">   </w:t>
      </w:r>
      <w:r>
        <w:rPr>
          <w:i/>
          <w:color w:val="7A6E62"/>
          <w:sz w:val="15"/>
        </w:rPr>
        <w:t>Yangtze River, China · world's largest power station</w:t>
      </w:r>
    </w:p>
    <w:p>
      <w:pPr>
        <w:jc w:val="center"/>
        <w:spacing w:before="80" w:after="40"/>
      </w:pPr>
      <w:r>
        <w:rPr>
          <w:b/>
          <w:color w:val="C8832A"/>
          <w:sz w:val="26"/>
        </w:rPr>
        <w:t>MARCH  2027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646"/>
        <w:gridCol w:w="1646"/>
        <w:gridCol w:w="1646"/>
        <w:gridCol w:w="1646"/>
        <w:gridCol w:w="1646"/>
        <w:gridCol w:w="1646"/>
        <w:gridCol w:w="1646"/>
      </w:tblGrid>
      <w:tr>
        <w:trPr>
          <w:trHeight w:val="403" w:hRule="exact"/>
        </w:trPr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C8832A"/>
                <w:sz w:val="14"/>
              </w:rPr>
              <w:t>SUN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MON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TUE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WED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THU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FRI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SAT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6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14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13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21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20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28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27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</w:tr>
    </w:tbl>
    <w:p>
      <w:pPr>
        <w:spacing w:before="0" w:after="0"/>
        <w:jc w:val="center"/>
      </w:pPr>
      <w:r>
        <w:rPr>
          <w:color w:val="7A6E62"/>
          <w:sz w:val="11"/>
        </w:rPr>
        <w:t>Libraria Spei et Miraculorum  ·  Colossal Structures 2027</w:t>
      </w:r>
    </w:p>
    <w:p>
      <w:pPr>
        <w:spacing w:before="0" w:after="0"/>
      </w:pPr>
      <w:r>
        <w:br w:type="page"/>
      </w:r>
    </w:p>
    <w:p>
      <w:pPr>
        <w:jc w:val="left"/>
        <w:spacing w:before="0" w:after="0"/>
      </w:pPr>
      <w:r>
        <w:drawing>
          <wp:inline xmlns:a="http://schemas.openxmlformats.org/drawingml/2006/main" xmlns:pic="http://schemas.openxmlformats.org/drawingml/2006/picture">
            <wp:extent cx="7315200" cy="594360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pBdr>
          <w:bottom w:val="single" w:sz="6" w:space="1" w:color="C8832A"/>
        </w:pBdr>
      </w:pPr>
      <w:r>
        <w:rPr>
          <w:b/>
          <w:color w:val="1A1410"/>
          <w:sz w:val="18"/>
        </w:rPr>
        <w:t>Itaipu Dam — Spillway in Full Flood</w:t>
      </w:r>
      <w:r>
        <w:t xml:space="preserve">   </w:t>
      </w:r>
      <w:r>
        <w:rPr>
          <w:i/>
          <w:color w:val="7A6E62"/>
          <w:sz w:val="15"/>
        </w:rPr>
        <w:t>Brazil / Paraguay · once the world's largest hydroelectric plant</w:t>
      </w:r>
    </w:p>
    <w:p>
      <w:pPr>
        <w:jc w:val="center"/>
        <w:spacing w:before="80" w:after="40"/>
      </w:pPr>
      <w:r>
        <w:rPr>
          <w:b/>
          <w:color w:val="C8832A"/>
          <w:sz w:val="26"/>
        </w:rPr>
        <w:t>APRIL  2027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646"/>
        <w:gridCol w:w="1646"/>
        <w:gridCol w:w="1646"/>
        <w:gridCol w:w="1646"/>
        <w:gridCol w:w="1646"/>
        <w:gridCol w:w="1646"/>
        <w:gridCol w:w="1646"/>
      </w:tblGrid>
      <w:tr>
        <w:trPr>
          <w:trHeight w:val="403" w:hRule="exact"/>
        </w:trPr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C8832A"/>
                <w:sz w:val="14"/>
              </w:rPr>
              <w:t>SUN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MON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TUE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WED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THU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FRI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SAT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11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10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18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17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25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24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</w:tr>
    </w:tbl>
    <w:p>
      <w:pPr>
        <w:spacing w:before="0" w:after="0"/>
        <w:jc w:val="center"/>
      </w:pPr>
      <w:r>
        <w:rPr>
          <w:color w:val="7A6E62"/>
          <w:sz w:val="11"/>
        </w:rPr>
        <w:t>Libraria Spei et Miraculorum  ·  Colossal Structures 2027</w:t>
      </w:r>
    </w:p>
    <w:p>
      <w:pPr>
        <w:spacing w:before="0" w:after="0"/>
      </w:pPr>
      <w:r>
        <w:br w:type="page"/>
      </w:r>
    </w:p>
    <w:p>
      <w:pPr>
        <w:jc w:val="left"/>
        <w:spacing w:before="0" w:after="0"/>
      </w:pPr>
      <w:r>
        <w:drawing>
          <wp:inline xmlns:a="http://schemas.openxmlformats.org/drawingml/2006/main" xmlns:pic="http://schemas.openxmlformats.org/drawingml/2006/picture">
            <wp:extent cx="7315200" cy="59436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pBdr>
          <w:bottom w:val="single" w:sz="6" w:space="1" w:color="C8832A"/>
        </w:pBdr>
      </w:pPr>
      <w:r>
        <w:rPr>
          <w:b/>
          <w:color w:val="1A1410"/>
          <w:sz w:val="18"/>
        </w:rPr>
        <w:t>Millau Viaduct</w:t>
      </w:r>
      <w:r>
        <w:t xml:space="preserve">   </w:t>
      </w:r>
      <w:r>
        <w:rPr>
          <w:i/>
          <w:color w:val="7A6E62"/>
          <w:sz w:val="15"/>
        </w:rPr>
        <w:t>Aveyron, France · taller than the Eiffel Tower</w:t>
      </w:r>
    </w:p>
    <w:p>
      <w:pPr>
        <w:jc w:val="center"/>
        <w:spacing w:before="80" w:after="40"/>
      </w:pPr>
      <w:r>
        <w:rPr>
          <w:b/>
          <w:color w:val="C8832A"/>
          <w:sz w:val="26"/>
        </w:rPr>
        <w:t>MAY  2027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646"/>
        <w:gridCol w:w="1646"/>
        <w:gridCol w:w="1646"/>
        <w:gridCol w:w="1646"/>
        <w:gridCol w:w="1646"/>
        <w:gridCol w:w="1646"/>
        <w:gridCol w:w="1646"/>
      </w:tblGrid>
      <w:tr>
        <w:trPr>
          <w:trHeight w:val="403" w:hRule="exact"/>
        </w:trPr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C8832A"/>
                <w:sz w:val="14"/>
              </w:rPr>
              <w:t>SUN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MON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TUE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WED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THU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FRI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SAT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8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16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15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23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22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30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29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</w:tr>
    </w:tbl>
    <w:p>
      <w:pPr>
        <w:spacing w:before="0" w:after="0"/>
        <w:jc w:val="center"/>
      </w:pPr>
      <w:r>
        <w:rPr>
          <w:color w:val="7A6E62"/>
          <w:sz w:val="11"/>
        </w:rPr>
        <w:t>Libraria Spei et Miraculorum  ·  Colossal Structures 2027</w:t>
      </w:r>
    </w:p>
    <w:p>
      <w:pPr>
        <w:spacing w:before="0" w:after="0"/>
      </w:pPr>
      <w:r>
        <w:br w:type="page"/>
      </w:r>
    </w:p>
    <w:p>
      <w:pPr>
        <w:jc w:val="left"/>
        <w:spacing w:before="0" w:after="0"/>
      </w:pPr>
      <w:r>
        <w:drawing>
          <wp:inline xmlns:a="http://schemas.openxmlformats.org/drawingml/2006/main" xmlns:pic="http://schemas.openxmlformats.org/drawingml/2006/picture">
            <wp:extent cx="7315200" cy="594360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pBdr>
          <w:bottom w:val="single" w:sz="6" w:space="1" w:color="C8832A"/>
        </w:pBdr>
      </w:pPr>
      <w:r>
        <w:rPr>
          <w:b/>
          <w:color w:val="1A1410"/>
          <w:sz w:val="18"/>
        </w:rPr>
        <w:t>Vehicle Assembly Building</w:t>
      </w:r>
      <w:r>
        <w:t xml:space="preserve">   </w:t>
      </w:r>
      <w:r>
        <w:rPr>
          <w:i/>
          <w:color w:val="7A6E62"/>
          <w:sz w:val="15"/>
        </w:rPr>
        <w:t>Kennedy Space Center · so large it has its own weather inside</w:t>
      </w:r>
    </w:p>
    <w:p>
      <w:pPr>
        <w:jc w:val="center"/>
        <w:spacing w:before="80" w:after="40"/>
      </w:pPr>
      <w:r>
        <w:rPr>
          <w:b/>
          <w:color w:val="C8832A"/>
          <w:sz w:val="26"/>
        </w:rPr>
        <w:t>JUNE  2027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646"/>
        <w:gridCol w:w="1646"/>
        <w:gridCol w:w="1646"/>
        <w:gridCol w:w="1646"/>
        <w:gridCol w:w="1646"/>
        <w:gridCol w:w="1646"/>
        <w:gridCol w:w="1646"/>
      </w:tblGrid>
      <w:tr>
        <w:trPr>
          <w:trHeight w:val="403" w:hRule="exact"/>
        </w:trPr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C8832A"/>
                <w:sz w:val="14"/>
              </w:rPr>
              <w:t>SUN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MON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TUE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WED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THU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FRI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SAT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5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13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12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20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19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27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26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</w:tr>
    </w:tbl>
    <w:p>
      <w:pPr>
        <w:spacing w:before="0" w:after="0"/>
        <w:jc w:val="center"/>
      </w:pPr>
      <w:r>
        <w:rPr>
          <w:color w:val="7A6E62"/>
          <w:sz w:val="11"/>
        </w:rPr>
        <w:t>Libraria Spei et Miraculorum  ·  Colossal Structures 2027</w:t>
      </w:r>
    </w:p>
    <w:p>
      <w:pPr>
        <w:spacing w:before="0" w:after="0"/>
      </w:pPr>
      <w:r>
        <w:br w:type="page"/>
      </w:r>
    </w:p>
    <w:p>
      <w:pPr>
        <w:jc w:val="left"/>
        <w:spacing w:before="0" w:after="0"/>
      </w:pPr>
      <w:r>
        <w:drawing>
          <wp:inline xmlns:a="http://schemas.openxmlformats.org/drawingml/2006/main" xmlns:pic="http://schemas.openxmlformats.org/drawingml/2006/picture">
            <wp:extent cx="7315200" cy="594360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pBdr>
          <w:bottom w:val="single" w:sz="6" w:space="1" w:color="C8832A"/>
        </w:pBdr>
      </w:pPr>
      <w:r>
        <w:rPr>
          <w:b/>
          <w:color w:val="1A1410"/>
          <w:sz w:val="18"/>
        </w:rPr>
        <w:t>CERN — Large Hadron Collider</w:t>
      </w:r>
      <w:r>
        <w:t xml:space="preserve">   </w:t>
      </w:r>
      <w:r>
        <w:rPr>
          <w:i/>
          <w:color w:val="7A6E62"/>
          <w:sz w:val="15"/>
        </w:rPr>
        <w:t>Geneva, Switzerland · the largest machine ever built</w:t>
      </w:r>
    </w:p>
    <w:p>
      <w:pPr>
        <w:jc w:val="center"/>
        <w:spacing w:before="80" w:after="40"/>
      </w:pPr>
      <w:r>
        <w:rPr>
          <w:b/>
          <w:color w:val="C8832A"/>
          <w:sz w:val="26"/>
        </w:rPr>
        <w:t>JULY  2027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646"/>
        <w:gridCol w:w="1646"/>
        <w:gridCol w:w="1646"/>
        <w:gridCol w:w="1646"/>
        <w:gridCol w:w="1646"/>
        <w:gridCol w:w="1646"/>
        <w:gridCol w:w="1646"/>
      </w:tblGrid>
      <w:tr>
        <w:trPr>
          <w:trHeight w:val="403" w:hRule="exact"/>
        </w:trPr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C8832A"/>
                <w:sz w:val="14"/>
              </w:rPr>
              <w:t>SUN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MON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TUE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WED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THU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FRI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SAT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11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10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18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17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25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24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31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</w:tr>
    </w:tbl>
    <w:p>
      <w:pPr>
        <w:spacing w:before="0" w:after="0"/>
        <w:jc w:val="center"/>
      </w:pPr>
      <w:r>
        <w:rPr>
          <w:color w:val="7A6E62"/>
          <w:sz w:val="11"/>
        </w:rPr>
        <w:t>Libraria Spei et Miraculorum  ·  Colossal Structures 2027</w:t>
      </w:r>
    </w:p>
    <w:p>
      <w:pPr>
        <w:spacing w:before="0" w:after="0"/>
      </w:pPr>
      <w:r>
        <w:br w:type="page"/>
      </w:r>
    </w:p>
    <w:p>
      <w:pPr>
        <w:jc w:val="left"/>
        <w:spacing w:before="0" w:after="0"/>
      </w:pPr>
      <w:r>
        <w:drawing>
          <wp:inline xmlns:a="http://schemas.openxmlformats.org/drawingml/2006/main" xmlns:pic="http://schemas.openxmlformats.org/drawingml/2006/picture">
            <wp:extent cx="7315200" cy="594360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pBdr>
          <w:bottom w:val="single" w:sz="6" w:space="1" w:color="C8832A"/>
        </w:pBdr>
      </w:pPr>
      <w:r>
        <w:rPr>
          <w:b/>
          <w:color w:val="1A1410"/>
          <w:sz w:val="18"/>
        </w:rPr>
        <w:t>Bagger 293 — Bucket-Wheel Excavator</w:t>
      </w:r>
      <w:r>
        <w:t xml:space="preserve">   </w:t>
      </w:r>
      <w:r>
        <w:rPr>
          <w:i/>
          <w:color w:val="7A6E62"/>
          <w:sz w:val="15"/>
        </w:rPr>
        <w:t>Germany · heaviest land vehicle ever built: 14,200 tons</w:t>
      </w:r>
    </w:p>
    <w:p>
      <w:pPr>
        <w:jc w:val="center"/>
        <w:spacing w:before="80" w:after="40"/>
      </w:pPr>
      <w:r>
        <w:rPr>
          <w:b/>
          <w:color w:val="C8832A"/>
          <w:sz w:val="26"/>
        </w:rPr>
        <w:t>AUGUST  2027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646"/>
        <w:gridCol w:w="1646"/>
        <w:gridCol w:w="1646"/>
        <w:gridCol w:w="1646"/>
        <w:gridCol w:w="1646"/>
        <w:gridCol w:w="1646"/>
        <w:gridCol w:w="1646"/>
      </w:tblGrid>
      <w:tr>
        <w:trPr>
          <w:trHeight w:val="403" w:hRule="exact"/>
        </w:trPr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C8832A"/>
                <w:sz w:val="14"/>
              </w:rPr>
              <w:t>SUN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MON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TUE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WED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THU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FRI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SAT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7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15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14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22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21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29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28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</w:tr>
    </w:tbl>
    <w:p>
      <w:pPr>
        <w:spacing w:before="0" w:after="0"/>
        <w:jc w:val="center"/>
      </w:pPr>
      <w:r>
        <w:rPr>
          <w:color w:val="7A6E62"/>
          <w:sz w:val="11"/>
        </w:rPr>
        <w:t>Libraria Spei et Miraculorum  ·  Colossal Structures 2027</w:t>
      </w:r>
    </w:p>
    <w:p>
      <w:pPr>
        <w:spacing w:before="0" w:after="0"/>
      </w:pPr>
      <w:r>
        <w:br w:type="page"/>
      </w:r>
    </w:p>
    <w:p>
      <w:pPr>
        <w:jc w:val="left"/>
        <w:spacing w:before="0" w:after="0"/>
      </w:pPr>
      <w:r>
        <w:drawing>
          <wp:inline xmlns:a="http://schemas.openxmlformats.org/drawingml/2006/main" xmlns:pic="http://schemas.openxmlformats.org/drawingml/2006/picture">
            <wp:extent cx="7315200" cy="5943600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pBdr>
          <w:bottom w:val="single" w:sz="6" w:space="1" w:color="C8832A"/>
        </w:pBdr>
      </w:pPr>
      <w:r>
        <w:rPr>
          <w:b/>
          <w:color w:val="1A1410"/>
          <w:sz w:val="18"/>
        </w:rPr>
        <w:t>Jack-Up Drilling Rig — North Sea</w:t>
      </w:r>
      <w:r>
        <w:t xml:space="preserve">   </w:t>
      </w:r>
      <w:r>
        <w:rPr>
          <w:i/>
          <w:color w:val="7A6E62"/>
          <w:sz w:val="15"/>
        </w:rPr>
        <w:t>Self-elevating platform standing on the seabed in open ocean</w:t>
      </w:r>
    </w:p>
    <w:p>
      <w:pPr>
        <w:jc w:val="center"/>
        <w:spacing w:before="80" w:after="40"/>
      </w:pPr>
      <w:r>
        <w:rPr>
          <w:b/>
          <w:color w:val="C8832A"/>
          <w:sz w:val="26"/>
        </w:rPr>
        <w:t>SEPTEMBER  2027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646"/>
        <w:gridCol w:w="1646"/>
        <w:gridCol w:w="1646"/>
        <w:gridCol w:w="1646"/>
        <w:gridCol w:w="1646"/>
        <w:gridCol w:w="1646"/>
        <w:gridCol w:w="1646"/>
      </w:tblGrid>
      <w:tr>
        <w:trPr>
          <w:trHeight w:val="403" w:hRule="exact"/>
        </w:trPr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C8832A"/>
                <w:sz w:val="14"/>
              </w:rPr>
              <w:t>SUN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MON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TUE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WED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THU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FRI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SAT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4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12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11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19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18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26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25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</w:tr>
    </w:tbl>
    <w:p>
      <w:pPr>
        <w:spacing w:before="0" w:after="0"/>
        <w:jc w:val="center"/>
      </w:pPr>
      <w:r>
        <w:rPr>
          <w:color w:val="7A6E62"/>
          <w:sz w:val="11"/>
        </w:rPr>
        <w:t>Libraria Spei et Miraculorum  ·  Colossal Structures 2027</w:t>
      </w:r>
    </w:p>
    <w:p>
      <w:pPr>
        <w:spacing w:before="0" w:after="0"/>
      </w:pPr>
      <w:r>
        <w:br w:type="page"/>
      </w:r>
    </w:p>
    <w:p>
      <w:pPr>
        <w:jc w:val="left"/>
        <w:spacing w:before="0" w:after="0"/>
      </w:pPr>
      <w:r>
        <w:drawing>
          <wp:inline xmlns:a="http://schemas.openxmlformats.org/drawingml/2006/main" xmlns:pic="http://schemas.openxmlformats.org/drawingml/2006/picture">
            <wp:extent cx="7315200" cy="5943600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pBdr>
          <w:bottom w:val="single" w:sz="6" w:space="1" w:color="C8832A"/>
        </w:pBdr>
      </w:pPr>
      <w:r>
        <w:rPr>
          <w:b/>
          <w:color w:val="1A1410"/>
          <w:sz w:val="18"/>
        </w:rPr>
        <w:t>VLCC Supertanker</w:t>
      </w:r>
      <w:r>
        <w:t xml:space="preserve">   </w:t>
      </w:r>
      <w:r>
        <w:rPr>
          <w:i/>
          <w:color w:val="7A6E62"/>
          <w:sz w:val="15"/>
        </w:rPr>
        <w:t>Very Large Crude Carrier · longer than four city blocks</w:t>
      </w:r>
    </w:p>
    <w:p>
      <w:pPr>
        <w:jc w:val="center"/>
        <w:spacing w:before="80" w:after="40"/>
      </w:pPr>
      <w:r>
        <w:rPr>
          <w:b/>
          <w:color w:val="C8832A"/>
          <w:sz w:val="26"/>
        </w:rPr>
        <w:t>OCTOBER  2027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646"/>
        <w:gridCol w:w="1646"/>
        <w:gridCol w:w="1646"/>
        <w:gridCol w:w="1646"/>
        <w:gridCol w:w="1646"/>
        <w:gridCol w:w="1646"/>
        <w:gridCol w:w="1646"/>
      </w:tblGrid>
      <w:tr>
        <w:trPr>
          <w:trHeight w:val="403" w:hRule="exact"/>
        </w:trPr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C8832A"/>
                <w:sz w:val="14"/>
              </w:rPr>
              <w:t>SUN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MON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TUE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WED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THU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FRI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SAT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10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9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17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16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24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23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31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30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</w:tr>
    </w:tbl>
    <w:p>
      <w:pPr>
        <w:spacing w:before="0" w:after="0"/>
        <w:jc w:val="center"/>
      </w:pPr>
      <w:r>
        <w:rPr>
          <w:color w:val="7A6E62"/>
          <w:sz w:val="11"/>
        </w:rPr>
        <w:t>Libraria Spei et Miraculorum  ·  Colossal Structures 2027</w:t>
      </w:r>
    </w:p>
    <w:p>
      <w:pPr>
        <w:spacing w:before="0" w:after="0"/>
      </w:pPr>
      <w:r>
        <w:br w:type="page"/>
      </w:r>
    </w:p>
    <w:p>
      <w:pPr>
        <w:jc w:val="left"/>
        <w:spacing w:before="0" w:after="0"/>
      </w:pPr>
      <w:r>
        <w:drawing>
          <wp:inline xmlns:a="http://schemas.openxmlformats.org/drawingml/2006/main" xmlns:pic="http://schemas.openxmlformats.org/drawingml/2006/picture">
            <wp:extent cx="7315200" cy="5943600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pBdr>
          <w:bottom w:val="single" w:sz="6" w:space="1" w:color="C8832A"/>
        </w:pBdr>
      </w:pPr>
      <w:r>
        <w:rPr>
          <w:b/>
          <w:color w:val="1A1410"/>
          <w:sz w:val="18"/>
        </w:rPr>
        <w:t>Grand Coulee Dam Powerhouse</w:t>
      </w:r>
      <w:r>
        <w:t xml:space="preserve">   </w:t>
      </w:r>
      <w:r>
        <w:rPr>
          <w:i/>
          <w:color w:val="7A6E62"/>
          <w:sz w:val="15"/>
        </w:rPr>
        <w:t>Columbia River, Washington · largest U.S. power plant</w:t>
      </w:r>
    </w:p>
    <w:p>
      <w:pPr>
        <w:jc w:val="center"/>
        <w:spacing w:before="80" w:after="40"/>
      </w:pPr>
      <w:r>
        <w:rPr>
          <w:b/>
          <w:color w:val="C8832A"/>
          <w:sz w:val="26"/>
        </w:rPr>
        <w:t>NOVEMBER  2027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646"/>
        <w:gridCol w:w="1646"/>
        <w:gridCol w:w="1646"/>
        <w:gridCol w:w="1646"/>
        <w:gridCol w:w="1646"/>
        <w:gridCol w:w="1646"/>
        <w:gridCol w:w="1646"/>
      </w:tblGrid>
      <w:tr>
        <w:trPr>
          <w:trHeight w:val="403" w:hRule="exact"/>
        </w:trPr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C8832A"/>
                <w:sz w:val="14"/>
              </w:rPr>
              <w:t>SUN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MON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TUE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WED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THU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FRI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SAT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6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14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13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21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20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28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27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</w:tr>
    </w:tbl>
    <w:p>
      <w:pPr>
        <w:spacing w:before="0" w:after="0"/>
        <w:jc w:val="center"/>
      </w:pPr>
      <w:r>
        <w:rPr>
          <w:color w:val="7A6E62"/>
          <w:sz w:val="11"/>
        </w:rPr>
        <w:t>Libraria Spei et Miraculorum  ·  Colossal Structures 2027</w:t>
      </w:r>
    </w:p>
    <w:p>
      <w:pPr>
        <w:spacing w:before="0" w:after="0"/>
      </w:pPr>
      <w:r>
        <w:br w:type="page"/>
      </w:r>
    </w:p>
    <w:p>
      <w:pPr>
        <w:jc w:val="left"/>
        <w:spacing w:before="0" w:after="0"/>
      </w:pPr>
      <w:r>
        <w:drawing>
          <wp:inline xmlns:a="http://schemas.openxmlformats.org/drawingml/2006/main" xmlns:pic="http://schemas.openxmlformats.org/drawingml/2006/picture">
            <wp:extent cx="7315200" cy="5943600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pBdr>
          <w:bottom w:val="single" w:sz="6" w:space="1" w:color="C8832A"/>
        </w:pBdr>
      </w:pPr>
      <w:r>
        <w:rPr>
          <w:b/>
          <w:color w:val="1A1410"/>
          <w:sz w:val="18"/>
        </w:rPr>
        <w:t>Forth Bridge</w:t>
      </w:r>
      <w:r>
        <w:t xml:space="preserve">   </w:t>
      </w:r>
      <w:r>
        <w:rPr>
          <w:i/>
          <w:color w:val="7A6E62"/>
          <w:sz w:val="15"/>
        </w:rPr>
        <w:t>Scotland · cantilever railway bridge, opened 1890, still in daily use</w:t>
      </w:r>
    </w:p>
    <w:p>
      <w:pPr>
        <w:jc w:val="center"/>
        <w:spacing w:before="80" w:after="40"/>
      </w:pPr>
      <w:r>
        <w:rPr>
          <w:b/>
          <w:color w:val="C8832A"/>
          <w:sz w:val="26"/>
        </w:rPr>
        <w:t>DECEMBER  2027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646"/>
        <w:gridCol w:w="1646"/>
        <w:gridCol w:w="1646"/>
        <w:gridCol w:w="1646"/>
        <w:gridCol w:w="1646"/>
        <w:gridCol w:w="1646"/>
        <w:gridCol w:w="1646"/>
      </w:tblGrid>
      <w:tr>
        <w:trPr>
          <w:trHeight w:val="403" w:hRule="exact"/>
        </w:trPr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C8832A"/>
                <w:sz w:val="14"/>
              </w:rPr>
              <w:t>SUN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MON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TUE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WED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THU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FRI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SAT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4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12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11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19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18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8C3A1E"/>
                <w:sz w:val="22"/>
              </w:rPr>
              <w:t>26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25</w:t>
            </w: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29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  <w:r>
              <w:rPr>
                <w:color w:val="1A1410"/>
                <w:sz w:val="22"/>
              </w:rPr>
              <w:t>31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</w:tr>
      <w:tr>
        <w:trPr>
          <w:trHeight w:val="720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  <w:jc w:val="left"/>
            </w:pPr>
          </w:p>
        </w:tc>
      </w:tr>
    </w:tbl>
    <w:p>
      <w:pPr>
        <w:spacing w:before="0" w:after="0"/>
        <w:jc w:val="center"/>
      </w:pPr>
      <w:r>
        <w:rPr>
          <w:color w:val="7A6E62"/>
          <w:sz w:val="11"/>
        </w:rPr>
        <w:t>Libraria Spei et Miraculorum  ·  Colossal Structures 2027</w:t>
      </w:r>
    </w:p>
    <w:sectPr w:rsidR="00FC693F" w:rsidRPr="0006063C" w:rsidSect="00034616">
      <w:pgSz w:w="12240" w:h="15840"/>
      <w:pgMar w:top="36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pPr>
      <w:spacing w:before="0" w:after="0"/>
    </w:p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